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A774D" w14:textId="77777777" w:rsidR="00E9007F" w:rsidRPr="003F1486" w:rsidRDefault="00000000">
      <w:pPr>
        <w:spacing w:after="0" w:line="240" w:lineRule="auto"/>
        <w:rPr>
          <w:lang w:val="fr-BE"/>
        </w:rPr>
      </w:pPr>
      <w:r w:rsidRPr="003F1486">
        <w:rPr>
          <w:rFonts w:cs="Times New Roman"/>
          <w:b/>
          <w:color w:val="000000"/>
          <w:sz w:val="22"/>
          <w:lang w:val="fr-BE"/>
        </w:rPr>
        <w:t>UNIVERZITET U SARAJEVU – ____________________________</w:t>
      </w:r>
    </w:p>
    <w:p w14:paraId="793F9644" w14:textId="77777777" w:rsidR="00E9007F" w:rsidRDefault="00000000">
      <w:pPr>
        <w:spacing w:after="160" w:line="240" w:lineRule="auto"/>
      </w:pPr>
      <w:proofErr w:type="gramStart"/>
      <w:r w:rsidRPr="003F1486">
        <w:rPr>
          <w:rFonts w:cs="Times New Roman"/>
          <w:color w:val="000000"/>
          <w:sz w:val="22"/>
          <w:lang w:val="fr-BE"/>
        </w:rPr>
        <w:t>Broj:</w:t>
      </w:r>
      <w:proofErr w:type="gramEnd"/>
      <w:r w:rsidRPr="003F1486">
        <w:rPr>
          <w:rFonts w:cs="Times New Roman"/>
          <w:color w:val="000000"/>
          <w:sz w:val="22"/>
          <w:lang w:val="fr-BE"/>
        </w:rPr>
        <w:t xml:space="preserve"> ______________          Sarajevo, ___. </w:t>
      </w:r>
      <w:r>
        <w:rPr>
          <w:rFonts w:cs="Times New Roman"/>
          <w:color w:val="000000"/>
          <w:sz w:val="22"/>
        </w:rPr>
        <w:t>___. ______ godine</w:t>
      </w:r>
    </w:p>
    <w:p w14:paraId="1774B1FB" w14:textId="77777777" w:rsidR="00E9007F" w:rsidRDefault="00000000">
      <w:pPr>
        <w:spacing w:after="0" w:line="240" w:lineRule="auto"/>
        <w:jc w:val="center"/>
      </w:pPr>
      <w:r>
        <w:rPr>
          <w:rFonts w:cs="Times New Roman"/>
          <w:b/>
          <w:color w:val="000000"/>
          <w:sz w:val="26"/>
        </w:rPr>
        <w:t>ZBIRNI SEMESTRALNI PREGLED</w:t>
      </w:r>
    </w:p>
    <w:p w14:paraId="72DCA6A6" w14:textId="77777777" w:rsidR="00E9007F" w:rsidRPr="003F1486" w:rsidRDefault="00000000">
      <w:pPr>
        <w:spacing w:after="160" w:line="240" w:lineRule="auto"/>
        <w:jc w:val="center"/>
        <w:rPr>
          <w:i/>
          <w:iCs/>
        </w:rPr>
      </w:pPr>
      <w:r w:rsidRPr="003F1486">
        <w:rPr>
          <w:rFonts w:cs="Times New Roman"/>
          <w:b/>
          <w:i/>
          <w:iCs/>
          <w:color w:val="000000"/>
          <w:sz w:val="22"/>
        </w:rPr>
        <w:t>nastavnog opterećenja, izvedene nastave i koeficijenata za ______ semestar akademske ______/______ godine</w:t>
      </w:r>
    </w:p>
    <w:tbl>
      <w:tblPr>
        <w:tblW w:w="16186" w:type="dxa"/>
        <w:jc w:val="center"/>
        <w:tblLayout w:type="fixed"/>
        <w:tblLook w:val="04A0" w:firstRow="1" w:lastRow="0" w:firstColumn="1" w:lastColumn="0" w:noHBand="0" w:noVBand="1"/>
      </w:tblPr>
      <w:tblGrid>
        <w:gridCol w:w="510"/>
        <w:gridCol w:w="851"/>
        <w:gridCol w:w="1190"/>
        <w:gridCol w:w="1361"/>
        <w:gridCol w:w="1361"/>
        <w:gridCol w:w="1219"/>
        <w:gridCol w:w="680"/>
        <w:gridCol w:w="680"/>
        <w:gridCol w:w="680"/>
        <w:gridCol w:w="680"/>
        <w:gridCol w:w="680"/>
        <w:gridCol w:w="680"/>
        <w:gridCol w:w="850"/>
        <w:gridCol w:w="680"/>
        <w:gridCol w:w="1307"/>
        <w:gridCol w:w="680"/>
        <w:gridCol w:w="1020"/>
        <w:gridCol w:w="1077"/>
      </w:tblGrid>
      <w:tr w:rsidR="00803BCA" w14:paraId="7038995F" w14:textId="77777777" w:rsidTr="00803BCA">
        <w:trPr>
          <w:jc w:val="center"/>
        </w:trPr>
        <w:tc>
          <w:tcPr>
            <w:tcW w:w="5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15F21E8D" w14:textId="77777777" w:rsidR="00803BCA" w:rsidRDefault="00803BCA">
            <w:pPr>
              <w:spacing w:after="0"/>
              <w:jc w:val="center"/>
            </w:pPr>
            <w:r>
              <w:rPr>
                <w:rFonts w:cs="Times New Roman"/>
                <w:b/>
                <w:color w:val="000000"/>
                <w:sz w:val="16"/>
              </w:rPr>
              <w:t>R. br.</w:t>
            </w:r>
          </w:p>
        </w:tc>
        <w:tc>
          <w:tcPr>
            <w:tcW w:w="2041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048ABE99" w14:textId="77777777" w:rsidR="00803BCA" w:rsidRDefault="00803BCA">
            <w:pPr>
              <w:spacing w:after="0"/>
              <w:jc w:val="center"/>
            </w:pPr>
            <w:r>
              <w:rPr>
                <w:rFonts w:cs="Times New Roman"/>
                <w:b/>
                <w:color w:val="000000"/>
                <w:sz w:val="16"/>
              </w:rPr>
              <w:t>Ime i prezime</w:t>
            </w:r>
          </w:p>
        </w:tc>
        <w:tc>
          <w:tcPr>
            <w:tcW w:w="136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E7E6E6"/>
          </w:tcPr>
          <w:p w14:paraId="2BE6E09E" w14:textId="77777777" w:rsidR="00803BCA" w:rsidRDefault="00803BCA">
            <w:pPr>
              <w:spacing w:after="0"/>
              <w:jc w:val="center"/>
              <w:rPr>
                <w:rFonts w:cs="Times New Roman"/>
                <w:b/>
                <w:color w:val="000000"/>
                <w:sz w:val="16"/>
              </w:rPr>
            </w:pPr>
          </w:p>
          <w:p w14:paraId="1421F7AC" w14:textId="6D9251C5" w:rsidR="00803BCA" w:rsidRDefault="00803BCA">
            <w:pPr>
              <w:spacing w:after="0"/>
              <w:jc w:val="center"/>
              <w:rPr>
                <w:rFonts w:cs="Times New Roman"/>
                <w:b/>
                <w:color w:val="000000"/>
                <w:sz w:val="16"/>
              </w:rPr>
            </w:pPr>
            <w:proofErr w:type="spellStart"/>
            <w:r>
              <w:rPr>
                <w:rFonts w:cs="Times New Roman"/>
                <w:b/>
                <w:color w:val="000000"/>
                <w:sz w:val="16"/>
              </w:rPr>
              <w:t>Šifra</w:t>
            </w:r>
            <w:proofErr w:type="spellEnd"/>
            <w:r>
              <w:rPr>
                <w:rFonts w:cs="Times New Roman"/>
                <w:b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cs="Times New Roman"/>
                <w:b/>
                <w:color w:val="000000"/>
                <w:sz w:val="16"/>
              </w:rPr>
              <w:t>uposlenika</w:t>
            </w:r>
            <w:proofErr w:type="spellEnd"/>
            <w:r>
              <w:rPr>
                <w:rFonts w:cs="Times New Roman"/>
                <w:b/>
                <w:color w:val="000000"/>
                <w:sz w:val="16"/>
              </w:rPr>
              <w:t xml:space="preserve"> (</w:t>
            </w:r>
            <w:proofErr w:type="spellStart"/>
            <w:r>
              <w:rPr>
                <w:rFonts w:cs="Times New Roman"/>
                <w:b/>
                <w:color w:val="000000"/>
                <w:sz w:val="16"/>
              </w:rPr>
              <w:t>iz</w:t>
            </w:r>
            <w:proofErr w:type="spellEnd"/>
            <w:r>
              <w:rPr>
                <w:rFonts w:cs="Times New Roman"/>
                <w:b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cs="Times New Roman"/>
                <w:b/>
                <w:color w:val="000000"/>
                <w:sz w:val="16"/>
              </w:rPr>
              <w:t>trezora</w:t>
            </w:r>
            <w:proofErr w:type="spellEnd"/>
            <w:r>
              <w:rPr>
                <w:rFonts w:cs="Times New Roman"/>
                <w:b/>
                <w:color w:val="000000"/>
                <w:sz w:val="16"/>
              </w:rPr>
              <w:t>)</w:t>
            </w:r>
          </w:p>
        </w:tc>
        <w:tc>
          <w:tcPr>
            <w:tcW w:w="13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59BEAFF9" w14:textId="53E505F2" w:rsidR="00803BCA" w:rsidRDefault="00803BCA">
            <w:pPr>
              <w:spacing w:after="0"/>
              <w:jc w:val="center"/>
            </w:pPr>
            <w:proofErr w:type="spellStart"/>
            <w:r>
              <w:rPr>
                <w:rFonts w:cs="Times New Roman"/>
                <w:b/>
                <w:color w:val="000000"/>
                <w:sz w:val="16"/>
              </w:rPr>
              <w:t>Zvanje</w:t>
            </w:r>
            <w:proofErr w:type="spellEnd"/>
            <w:r>
              <w:rPr>
                <w:rFonts w:cs="Times New Roman"/>
                <w:b/>
                <w:color w:val="000000"/>
                <w:sz w:val="16"/>
              </w:rPr>
              <w:t xml:space="preserve"> / </w:t>
            </w:r>
            <w:proofErr w:type="spellStart"/>
            <w:r>
              <w:rPr>
                <w:rFonts w:cs="Times New Roman"/>
                <w:b/>
                <w:color w:val="000000"/>
                <w:sz w:val="16"/>
              </w:rPr>
              <w:t>funkcija</w:t>
            </w:r>
            <w:proofErr w:type="spellEnd"/>
          </w:p>
        </w:tc>
        <w:tc>
          <w:tcPr>
            <w:tcW w:w="12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0371CCBC" w14:textId="77777777" w:rsidR="00803BCA" w:rsidRDefault="00803BCA">
            <w:pPr>
              <w:spacing w:after="0"/>
              <w:jc w:val="center"/>
            </w:pPr>
            <w:r>
              <w:rPr>
                <w:rFonts w:cs="Times New Roman"/>
                <w:b/>
                <w:color w:val="000000"/>
                <w:sz w:val="16"/>
              </w:rPr>
              <w:t>Godišnja norma / gornji prag (sati)</w:t>
            </w:r>
          </w:p>
        </w:tc>
        <w:tc>
          <w:tcPr>
            <w:tcW w:w="13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3FC803A4" w14:textId="77777777" w:rsidR="00803BCA" w:rsidRDefault="00803BCA">
            <w:pPr>
              <w:spacing w:after="0"/>
              <w:jc w:val="center"/>
            </w:pPr>
            <w:r>
              <w:rPr>
                <w:rFonts w:cs="Times New Roman"/>
                <w:b/>
                <w:color w:val="000000"/>
                <w:sz w:val="16"/>
              </w:rPr>
              <w:t>Predavanja</w:t>
            </w:r>
          </w:p>
        </w:tc>
        <w:tc>
          <w:tcPr>
            <w:tcW w:w="13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77407F05" w14:textId="77777777" w:rsidR="00803BCA" w:rsidRDefault="00803BCA">
            <w:pPr>
              <w:spacing w:after="0"/>
              <w:jc w:val="center"/>
            </w:pPr>
            <w:r>
              <w:rPr>
                <w:rFonts w:cs="Times New Roman"/>
                <w:b/>
                <w:color w:val="000000"/>
                <w:sz w:val="16"/>
              </w:rPr>
              <w:t>Vježbe</w:t>
            </w:r>
          </w:p>
        </w:tc>
        <w:tc>
          <w:tcPr>
            <w:tcW w:w="13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0055D7DC" w14:textId="77777777" w:rsidR="00803BCA" w:rsidRDefault="00803BCA">
            <w:pPr>
              <w:spacing w:after="0"/>
              <w:jc w:val="center"/>
            </w:pPr>
            <w:r>
              <w:rPr>
                <w:rFonts w:cs="Times New Roman"/>
                <w:b/>
                <w:color w:val="000000"/>
                <w:sz w:val="16"/>
              </w:rPr>
              <w:t>Konsultativna nastava</w:t>
            </w:r>
          </w:p>
        </w:tc>
        <w:tc>
          <w:tcPr>
            <w:tcW w:w="8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7846BBE8" w14:textId="77777777" w:rsidR="00803BCA" w:rsidRDefault="00803BCA">
            <w:pPr>
              <w:spacing w:after="0"/>
              <w:jc w:val="center"/>
            </w:pPr>
            <w:r>
              <w:rPr>
                <w:rFonts w:cs="Times New Roman"/>
                <w:b/>
                <w:color w:val="000000"/>
                <w:sz w:val="16"/>
              </w:rPr>
              <w:t>Sati preko norme</w:t>
            </w:r>
          </w:p>
        </w:tc>
        <w:tc>
          <w:tcPr>
            <w:tcW w:w="6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4CA39AD5" w14:textId="77777777" w:rsidR="00803BCA" w:rsidRDefault="00803BCA">
            <w:pPr>
              <w:spacing w:after="0"/>
              <w:jc w:val="center"/>
            </w:pPr>
            <w:r>
              <w:rPr>
                <w:rFonts w:cs="Times New Roman"/>
                <w:b/>
                <w:color w:val="000000"/>
                <w:sz w:val="16"/>
              </w:rPr>
              <w:t>Kf</w:t>
            </w:r>
          </w:p>
        </w:tc>
        <w:tc>
          <w:tcPr>
            <w:tcW w:w="130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3B77C6A7" w14:textId="77777777" w:rsidR="00803BCA" w:rsidRDefault="00803BCA">
            <w:pPr>
              <w:spacing w:after="0"/>
              <w:jc w:val="center"/>
            </w:pPr>
            <w:r>
              <w:rPr>
                <w:rFonts w:cs="Times New Roman"/>
                <w:b/>
                <w:color w:val="000000"/>
                <w:sz w:val="16"/>
              </w:rPr>
              <w:t>Kdp (≤ 0,20)</w:t>
            </w:r>
          </w:p>
        </w:tc>
        <w:tc>
          <w:tcPr>
            <w:tcW w:w="6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7D0CD65F" w14:textId="77777777" w:rsidR="00803BCA" w:rsidRDefault="00803BCA">
            <w:pPr>
              <w:spacing w:after="0"/>
              <w:jc w:val="center"/>
            </w:pPr>
            <w:r>
              <w:rPr>
                <w:rFonts w:cs="Times New Roman"/>
                <w:b/>
                <w:color w:val="000000"/>
                <w:sz w:val="16"/>
              </w:rPr>
              <w:t>Ke</w:t>
            </w:r>
          </w:p>
        </w:tc>
        <w:tc>
          <w:tcPr>
            <w:tcW w:w="10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7088F551" w14:textId="77777777" w:rsidR="00803BCA" w:rsidRDefault="00803BCA">
            <w:pPr>
              <w:spacing w:after="0"/>
              <w:jc w:val="center"/>
            </w:pPr>
            <w:r>
              <w:rPr>
                <w:rFonts w:cs="Times New Roman"/>
                <w:b/>
                <w:color w:val="000000"/>
                <w:sz w:val="16"/>
              </w:rPr>
              <w:t>Ku = Kf + Kdp + Ke</w:t>
            </w:r>
          </w:p>
        </w:tc>
        <w:tc>
          <w:tcPr>
            <w:tcW w:w="10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5138198A" w14:textId="77777777" w:rsidR="00803BCA" w:rsidRDefault="00803BCA">
            <w:pPr>
              <w:spacing w:after="0"/>
              <w:jc w:val="center"/>
            </w:pPr>
            <w:r>
              <w:rPr>
                <w:rFonts w:cs="Times New Roman"/>
                <w:b/>
                <w:color w:val="000000"/>
                <w:sz w:val="16"/>
              </w:rPr>
              <w:t>Broj rješenja</w:t>
            </w:r>
          </w:p>
        </w:tc>
      </w:tr>
      <w:tr w:rsidR="00803BCA" w14:paraId="6C892C55" w14:textId="77777777" w:rsidTr="00803BCA">
        <w:trPr>
          <w:jc w:val="center"/>
        </w:trPr>
        <w:tc>
          <w:tcPr>
            <w:tcW w:w="5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 w14:paraId="4660D456" w14:textId="77777777" w:rsidR="00803BCA" w:rsidRDefault="00803BCA"/>
        </w:tc>
        <w:tc>
          <w:tcPr>
            <w:tcW w:w="204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 w14:paraId="0BBEC6C7" w14:textId="77777777" w:rsidR="00803BCA" w:rsidRDefault="00803BCA"/>
        </w:tc>
        <w:tc>
          <w:tcPr>
            <w:tcW w:w="136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 w14:paraId="5B77B866" w14:textId="77777777" w:rsidR="00803BCA" w:rsidRDefault="00803BCA"/>
        </w:tc>
        <w:tc>
          <w:tcPr>
            <w:tcW w:w="13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 w14:paraId="30DC8A79" w14:textId="76274464" w:rsidR="00803BCA" w:rsidRDefault="00803BCA"/>
        </w:tc>
        <w:tc>
          <w:tcPr>
            <w:tcW w:w="12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 w14:paraId="17B9170E" w14:textId="77777777" w:rsidR="00803BCA" w:rsidRDefault="00803BCA"/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32B6386C" w14:textId="77777777" w:rsidR="00803BCA" w:rsidRDefault="00803BCA">
            <w:pPr>
              <w:spacing w:after="0"/>
              <w:jc w:val="center"/>
            </w:pPr>
            <w:r>
              <w:rPr>
                <w:rFonts w:cs="Times New Roman"/>
                <w:b/>
                <w:color w:val="000000"/>
                <w:sz w:val="16"/>
              </w:rPr>
              <w:t>B/H/S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139F53E4" w14:textId="77777777" w:rsidR="00803BCA" w:rsidRDefault="00803BCA">
            <w:pPr>
              <w:spacing w:after="0"/>
              <w:jc w:val="center"/>
            </w:pPr>
            <w:r>
              <w:rPr>
                <w:rFonts w:cs="Times New Roman"/>
                <w:b/>
                <w:color w:val="000000"/>
                <w:sz w:val="16"/>
              </w:rPr>
              <w:t>Strani jezik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6261FE55" w14:textId="77777777" w:rsidR="00803BCA" w:rsidRDefault="00803BCA">
            <w:pPr>
              <w:spacing w:after="0"/>
              <w:jc w:val="center"/>
            </w:pPr>
            <w:r>
              <w:rPr>
                <w:rFonts w:cs="Times New Roman"/>
                <w:b/>
                <w:color w:val="000000"/>
                <w:sz w:val="16"/>
              </w:rPr>
              <w:t>B/H/S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6466FF08" w14:textId="77777777" w:rsidR="00803BCA" w:rsidRDefault="00803BCA">
            <w:pPr>
              <w:spacing w:after="0"/>
              <w:jc w:val="center"/>
            </w:pPr>
            <w:r>
              <w:rPr>
                <w:rFonts w:cs="Times New Roman"/>
                <w:b/>
                <w:color w:val="000000"/>
                <w:sz w:val="16"/>
              </w:rPr>
              <w:t>Strani jezik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5E52D548" w14:textId="77777777" w:rsidR="00803BCA" w:rsidRDefault="00803BCA">
            <w:pPr>
              <w:spacing w:after="0"/>
              <w:jc w:val="center"/>
            </w:pPr>
            <w:r>
              <w:rPr>
                <w:rFonts w:cs="Times New Roman"/>
                <w:b/>
                <w:color w:val="000000"/>
                <w:sz w:val="16"/>
              </w:rPr>
              <w:t>B/H/S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2ACD2345" w14:textId="77777777" w:rsidR="00803BCA" w:rsidRDefault="00803BCA">
            <w:pPr>
              <w:spacing w:after="0"/>
              <w:jc w:val="center"/>
            </w:pPr>
            <w:r>
              <w:rPr>
                <w:rFonts w:cs="Times New Roman"/>
                <w:b/>
                <w:color w:val="000000"/>
                <w:sz w:val="16"/>
              </w:rPr>
              <w:t>Strani jezik</w:t>
            </w:r>
          </w:p>
        </w:tc>
        <w:tc>
          <w:tcPr>
            <w:tcW w:w="8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 w14:paraId="1ACEC810" w14:textId="77777777" w:rsidR="00803BCA" w:rsidRDefault="00803BCA"/>
        </w:tc>
        <w:tc>
          <w:tcPr>
            <w:tcW w:w="6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 w14:paraId="09DDD7EC" w14:textId="77777777" w:rsidR="00803BCA" w:rsidRDefault="00803BCA"/>
        </w:tc>
        <w:tc>
          <w:tcPr>
            <w:tcW w:w="130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 w14:paraId="1EB11E80" w14:textId="77777777" w:rsidR="00803BCA" w:rsidRDefault="00803BCA"/>
        </w:tc>
        <w:tc>
          <w:tcPr>
            <w:tcW w:w="6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 w14:paraId="0BEBDCF6" w14:textId="77777777" w:rsidR="00803BCA" w:rsidRDefault="00803BCA"/>
        </w:tc>
        <w:tc>
          <w:tcPr>
            <w:tcW w:w="10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 w14:paraId="72886F47" w14:textId="77777777" w:rsidR="00803BCA" w:rsidRDefault="00803BCA"/>
        </w:tc>
        <w:tc>
          <w:tcPr>
            <w:tcW w:w="10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 w14:paraId="7721F38C" w14:textId="77777777" w:rsidR="00803BCA" w:rsidRDefault="00803BCA"/>
        </w:tc>
      </w:tr>
      <w:tr w:rsidR="00803BCA" w14:paraId="465942E3" w14:textId="77777777" w:rsidTr="00803BCA">
        <w:trPr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769710" w14:textId="77777777" w:rsidR="00803BCA" w:rsidRDefault="00803BCA">
            <w:pPr>
              <w:spacing w:after="0"/>
              <w:jc w:val="center"/>
            </w:pPr>
            <w:r>
              <w:rPr>
                <w:rFonts w:cs="Times New Roman"/>
                <w:color w:val="000000"/>
                <w:sz w:val="18"/>
              </w:rPr>
              <w:t>1.</w:t>
            </w:r>
          </w:p>
        </w:tc>
        <w:tc>
          <w:tcPr>
            <w:tcW w:w="20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8E2718" w14:textId="77777777" w:rsidR="00803BCA" w:rsidRDefault="00803BCA">
            <w:pPr>
              <w:spacing w:after="0"/>
              <w:jc w:val="center"/>
            </w:pP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7BFE2D" w14:textId="77777777" w:rsidR="00803BCA" w:rsidRDefault="00803BCA">
            <w:pPr>
              <w:spacing w:after="0"/>
              <w:jc w:val="center"/>
            </w:pP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7E74E0" w14:textId="1AE9F580" w:rsidR="00803BCA" w:rsidRDefault="00803BCA">
            <w:pPr>
              <w:spacing w:after="0"/>
              <w:jc w:val="center"/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566ED9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E73A86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BCE94B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4EA814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92EC32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7C076A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3551C3" w14:textId="77777777" w:rsidR="00803BCA" w:rsidRDefault="00803BCA">
            <w:pPr>
              <w:spacing w:after="0"/>
              <w:jc w:val="center"/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8E8108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F8C58F" w14:textId="77777777" w:rsidR="00803BCA" w:rsidRDefault="00803BCA">
            <w:pPr>
              <w:spacing w:after="0"/>
              <w:jc w:val="center"/>
            </w:pP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BFB487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7D4DA5" w14:textId="77777777" w:rsidR="00803BCA" w:rsidRDefault="00803BCA">
            <w:pPr>
              <w:spacing w:after="0"/>
              <w:jc w:val="center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18B266" w14:textId="77777777" w:rsidR="00803BCA" w:rsidRDefault="00803BCA">
            <w:pPr>
              <w:spacing w:after="0"/>
              <w:jc w:val="center"/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80A57C" w14:textId="77777777" w:rsidR="00803BCA" w:rsidRDefault="00803BCA">
            <w:pPr>
              <w:spacing w:after="0"/>
              <w:jc w:val="center"/>
            </w:pPr>
          </w:p>
        </w:tc>
      </w:tr>
      <w:tr w:rsidR="00803BCA" w14:paraId="4E75C2BC" w14:textId="77777777" w:rsidTr="00803BCA">
        <w:trPr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67EB2F" w14:textId="77777777" w:rsidR="00803BCA" w:rsidRDefault="00803BCA">
            <w:pPr>
              <w:spacing w:after="0"/>
              <w:jc w:val="center"/>
            </w:pPr>
            <w:r>
              <w:rPr>
                <w:rFonts w:cs="Times New Roman"/>
                <w:color w:val="000000"/>
                <w:sz w:val="18"/>
              </w:rPr>
              <w:t>2.</w:t>
            </w:r>
          </w:p>
        </w:tc>
        <w:tc>
          <w:tcPr>
            <w:tcW w:w="20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B6596B" w14:textId="77777777" w:rsidR="00803BCA" w:rsidRDefault="00803BCA">
            <w:pPr>
              <w:spacing w:after="0"/>
              <w:jc w:val="center"/>
            </w:pP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A7B79" w14:textId="77777777" w:rsidR="00803BCA" w:rsidRDefault="00803BCA">
            <w:pPr>
              <w:spacing w:after="0"/>
              <w:jc w:val="center"/>
            </w:pP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913490" w14:textId="5BD2D38C" w:rsidR="00803BCA" w:rsidRDefault="00803BCA">
            <w:pPr>
              <w:spacing w:after="0"/>
              <w:jc w:val="center"/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9A5839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37495C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0659A3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A9AEF1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A8F62C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F8A650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112AFA" w14:textId="77777777" w:rsidR="00803BCA" w:rsidRDefault="00803BCA">
            <w:pPr>
              <w:spacing w:after="0"/>
              <w:jc w:val="center"/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AA591C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299263" w14:textId="77777777" w:rsidR="00803BCA" w:rsidRDefault="00803BCA">
            <w:pPr>
              <w:spacing w:after="0"/>
              <w:jc w:val="center"/>
            </w:pP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E1CCB0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7644EA" w14:textId="77777777" w:rsidR="00803BCA" w:rsidRDefault="00803BCA">
            <w:pPr>
              <w:spacing w:after="0"/>
              <w:jc w:val="center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3EC211" w14:textId="77777777" w:rsidR="00803BCA" w:rsidRDefault="00803BCA">
            <w:pPr>
              <w:spacing w:after="0"/>
              <w:jc w:val="center"/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A7BFCC" w14:textId="77777777" w:rsidR="00803BCA" w:rsidRDefault="00803BCA">
            <w:pPr>
              <w:spacing w:after="0"/>
              <w:jc w:val="center"/>
            </w:pPr>
          </w:p>
        </w:tc>
      </w:tr>
      <w:tr w:rsidR="00803BCA" w14:paraId="73483BF2" w14:textId="77777777" w:rsidTr="00803BCA">
        <w:trPr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BC8708" w14:textId="77777777" w:rsidR="00803BCA" w:rsidRDefault="00803BCA">
            <w:pPr>
              <w:spacing w:after="0"/>
              <w:jc w:val="center"/>
            </w:pPr>
            <w:r>
              <w:rPr>
                <w:rFonts w:cs="Times New Roman"/>
                <w:color w:val="000000"/>
                <w:sz w:val="18"/>
              </w:rPr>
              <w:t>3.</w:t>
            </w:r>
          </w:p>
        </w:tc>
        <w:tc>
          <w:tcPr>
            <w:tcW w:w="20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95047D" w14:textId="77777777" w:rsidR="00803BCA" w:rsidRDefault="00803BCA">
            <w:pPr>
              <w:spacing w:after="0"/>
              <w:jc w:val="center"/>
            </w:pP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C95BE" w14:textId="77777777" w:rsidR="00803BCA" w:rsidRDefault="00803BCA">
            <w:pPr>
              <w:spacing w:after="0"/>
              <w:jc w:val="center"/>
            </w:pP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DA0D4C" w14:textId="272FB417" w:rsidR="00803BCA" w:rsidRDefault="00803BCA">
            <w:pPr>
              <w:spacing w:after="0"/>
              <w:jc w:val="center"/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3CE6EF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746638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8254E0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FEE9BF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5A0C17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8EC80A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9D00E0" w14:textId="77777777" w:rsidR="00803BCA" w:rsidRDefault="00803BCA">
            <w:pPr>
              <w:spacing w:after="0"/>
              <w:jc w:val="center"/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3751AB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44BAC0" w14:textId="77777777" w:rsidR="00803BCA" w:rsidRDefault="00803BCA">
            <w:pPr>
              <w:spacing w:after="0"/>
              <w:jc w:val="center"/>
            </w:pP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BD4957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B37689" w14:textId="77777777" w:rsidR="00803BCA" w:rsidRDefault="00803BCA">
            <w:pPr>
              <w:spacing w:after="0"/>
              <w:jc w:val="center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D716C5" w14:textId="77777777" w:rsidR="00803BCA" w:rsidRDefault="00803BCA">
            <w:pPr>
              <w:spacing w:after="0"/>
              <w:jc w:val="center"/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917BD5" w14:textId="77777777" w:rsidR="00803BCA" w:rsidRDefault="00803BCA">
            <w:pPr>
              <w:spacing w:after="0"/>
              <w:jc w:val="center"/>
            </w:pPr>
          </w:p>
        </w:tc>
      </w:tr>
      <w:tr w:rsidR="00803BCA" w14:paraId="64796328" w14:textId="77777777" w:rsidTr="00803BCA">
        <w:trPr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309B24" w14:textId="77777777" w:rsidR="00803BCA" w:rsidRDefault="00803BCA">
            <w:pPr>
              <w:spacing w:after="0"/>
              <w:jc w:val="center"/>
            </w:pPr>
            <w:r>
              <w:rPr>
                <w:rFonts w:cs="Times New Roman"/>
                <w:color w:val="000000"/>
                <w:sz w:val="18"/>
              </w:rPr>
              <w:t>4.</w:t>
            </w:r>
          </w:p>
        </w:tc>
        <w:tc>
          <w:tcPr>
            <w:tcW w:w="20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BC8108" w14:textId="77777777" w:rsidR="00803BCA" w:rsidRDefault="00803BCA">
            <w:pPr>
              <w:spacing w:after="0"/>
              <w:jc w:val="center"/>
            </w:pP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A5CACD" w14:textId="77777777" w:rsidR="00803BCA" w:rsidRDefault="00803BCA">
            <w:pPr>
              <w:spacing w:after="0"/>
              <w:jc w:val="center"/>
            </w:pP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AED849" w14:textId="1FA98D7E" w:rsidR="00803BCA" w:rsidRDefault="00803BCA">
            <w:pPr>
              <w:spacing w:after="0"/>
              <w:jc w:val="center"/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AC5431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26B664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2FE4F5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6F618C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FE09D5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CBFF47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0D2AE5" w14:textId="77777777" w:rsidR="00803BCA" w:rsidRDefault="00803BCA">
            <w:pPr>
              <w:spacing w:after="0"/>
              <w:jc w:val="center"/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3386CE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C77118" w14:textId="77777777" w:rsidR="00803BCA" w:rsidRDefault="00803BCA">
            <w:pPr>
              <w:spacing w:after="0"/>
              <w:jc w:val="center"/>
            </w:pP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4A5A8C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806282" w14:textId="77777777" w:rsidR="00803BCA" w:rsidRDefault="00803BCA">
            <w:pPr>
              <w:spacing w:after="0"/>
              <w:jc w:val="center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4FF12A" w14:textId="77777777" w:rsidR="00803BCA" w:rsidRDefault="00803BCA">
            <w:pPr>
              <w:spacing w:after="0"/>
              <w:jc w:val="center"/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E3AD3A" w14:textId="77777777" w:rsidR="00803BCA" w:rsidRDefault="00803BCA">
            <w:pPr>
              <w:spacing w:after="0"/>
              <w:jc w:val="center"/>
            </w:pPr>
          </w:p>
        </w:tc>
      </w:tr>
      <w:tr w:rsidR="00803BCA" w14:paraId="3FAC6E34" w14:textId="77777777" w:rsidTr="00803BCA">
        <w:trPr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DDF49D" w14:textId="77777777" w:rsidR="00803BCA" w:rsidRDefault="00803BCA">
            <w:pPr>
              <w:spacing w:after="0"/>
              <w:jc w:val="center"/>
            </w:pPr>
            <w:r>
              <w:rPr>
                <w:rFonts w:cs="Times New Roman"/>
                <w:color w:val="000000"/>
                <w:sz w:val="18"/>
              </w:rPr>
              <w:t>5.</w:t>
            </w:r>
          </w:p>
        </w:tc>
        <w:tc>
          <w:tcPr>
            <w:tcW w:w="20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FDE0E9" w14:textId="77777777" w:rsidR="00803BCA" w:rsidRDefault="00803BCA">
            <w:pPr>
              <w:spacing w:after="0"/>
              <w:jc w:val="center"/>
            </w:pP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61B628" w14:textId="77777777" w:rsidR="00803BCA" w:rsidRDefault="00803BCA">
            <w:pPr>
              <w:spacing w:after="0"/>
              <w:jc w:val="center"/>
            </w:pP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AA1520" w14:textId="616204DE" w:rsidR="00803BCA" w:rsidRDefault="00803BCA">
            <w:pPr>
              <w:spacing w:after="0"/>
              <w:jc w:val="center"/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F9353C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7BF2A6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189874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9D8549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0F37FC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E378B2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99F658" w14:textId="77777777" w:rsidR="00803BCA" w:rsidRDefault="00803BCA">
            <w:pPr>
              <w:spacing w:after="0"/>
              <w:jc w:val="center"/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8C51DB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2D07C4" w14:textId="77777777" w:rsidR="00803BCA" w:rsidRDefault="00803BCA">
            <w:pPr>
              <w:spacing w:after="0"/>
              <w:jc w:val="center"/>
            </w:pP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8FAF70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4A2F3C" w14:textId="77777777" w:rsidR="00803BCA" w:rsidRDefault="00803BCA">
            <w:pPr>
              <w:spacing w:after="0"/>
              <w:jc w:val="center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02D894" w14:textId="77777777" w:rsidR="00803BCA" w:rsidRDefault="00803BCA">
            <w:pPr>
              <w:spacing w:after="0"/>
              <w:jc w:val="center"/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3B800F" w14:textId="77777777" w:rsidR="00803BCA" w:rsidRDefault="00803BCA">
            <w:pPr>
              <w:spacing w:after="0"/>
              <w:jc w:val="center"/>
            </w:pPr>
          </w:p>
        </w:tc>
      </w:tr>
      <w:tr w:rsidR="00803BCA" w14:paraId="3C95CC7E" w14:textId="77777777" w:rsidTr="00803BCA">
        <w:trPr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0CA7EB" w14:textId="77777777" w:rsidR="00803BCA" w:rsidRDefault="00803BCA">
            <w:pPr>
              <w:spacing w:after="0"/>
              <w:jc w:val="center"/>
            </w:pPr>
            <w:r>
              <w:rPr>
                <w:rFonts w:cs="Times New Roman"/>
                <w:color w:val="000000"/>
                <w:sz w:val="18"/>
              </w:rPr>
              <w:t>6.</w:t>
            </w:r>
          </w:p>
        </w:tc>
        <w:tc>
          <w:tcPr>
            <w:tcW w:w="20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92C9D8" w14:textId="77777777" w:rsidR="00803BCA" w:rsidRDefault="00803BCA">
            <w:pPr>
              <w:spacing w:after="0"/>
              <w:jc w:val="center"/>
            </w:pP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6BDFA" w14:textId="77777777" w:rsidR="00803BCA" w:rsidRDefault="00803BCA">
            <w:pPr>
              <w:spacing w:after="0"/>
              <w:jc w:val="center"/>
            </w:pP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565DC0" w14:textId="2795D986" w:rsidR="00803BCA" w:rsidRDefault="00803BCA">
            <w:pPr>
              <w:spacing w:after="0"/>
              <w:jc w:val="center"/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577960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D81D8E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F2CDF1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D36BF9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E1E5A1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3337D7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F21197" w14:textId="77777777" w:rsidR="00803BCA" w:rsidRDefault="00803BCA">
            <w:pPr>
              <w:spacing w:after="0"/>
              <w:jc w:val="center"/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99A992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0B061A" w14:textId="77777777" w:rsidR="00803BCA" w:rsidRDefault="00803BCA">
            <w:pPr>
              <w:spacing w:after="0"/>
              <w:jc w:val="center"/>
            </w:pP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F5F8E6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5A6725" w14:textId="77777777" w:rsidR="00803BCA" w:rsidRDefault="00803BCA">
            <w:pPr>
              <w:spacing w:after="0"/>
              <w:jc w:val="center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33DD3E" w14:textId="77777777" w:rsidR="00803BCA" w:rsidRDefault="00803BCA">
            <w:pPr>
              <w:spacing w:after="0"/>
              <w:jc w:val="center"/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BB7575" w14:textId="77777777" w:rsidR="00803BCA" w:rsidRDefault="00803BCA">
            <w:pPr>
              <w:spacing w:after="0"/>
              <w:jc w:val="center"/>
            </w:pPr>
          </w:p>
        </w:tc>
      </w:tr>
      <w:tr w:rsidR="00803BCA" w14:paraId="60214AF2" w14:textId="77777777" w:rsidTr="00803BCA">
        <w:trPr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D2C015" w14:textId="77777777" w:rsidR="00803BCA" w:rsidRDefault="00803BCA">
            <w:pPr>
              <w:spacing w:after="0"/>
              <w:jc w:val="center"/>
            </w:pPr>
            <w:r>
              <w:rPr>
                <w:rFonts w:cs="Times New Roman"/>
                <w:color w:val="000000"/>
                <w:sz w:val="18"/>
              </w:rPr>
              <w:t>7.</w:t>
            </w:r>
          </w:p>
        </w:tc>
        <w:tc>
          <w:tcPr>
            <w:tcW w:w="20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1FDC52" w14:textId="77777777" w:rsidR="00803BCA" w:rsidRDefault="00803BCA">
            <w:pPr>
              <w:spacing w:after="0"/>
              <w:jc w:val="center"/>
            </w:pP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DA564" w14:textId="77777777" w:rsidR="00803BCA" w:rsidRDefault="00803BCA">
            <w:pPr>
              <w:spacing w:after="0"/>
              <w:jc w:val="center"/>
            </w:pP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53DE7A" w14:textId="7572E08E" w:rsidR="00803BCA" w:rsidRDefault="00803BCA">
            <w:pPr>
              <w:spacing w:after="0"/>
              <w:jc w:val="center"/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8AB9FF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0E5703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2CCCBA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B6F613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0B3682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36D983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4370F3" w14:textId="77777777" w:rsidR="00803BCA" w:rsidRDefault="00803BCA">
            <w:pPr>
              <w:spacing w:after="0"/>
              <w:jc w:val="center"/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50E582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816DCB" w14:textId="77777777" w:rsidR="00803BCA" w:rsidRDefault="00803BCA">
            <w:pPr>
              <w:spacing w:after="0"/>
              <w:jc w:val="center"/>
            </w:pP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5DB5BF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1258A5" w14:textId="77777777" w:rsidR="00803BCA" w:rsidRDefault="00803BCA">
            <w:pPr>
              <w:spacing w:after="0"/>
              <w:jc w:val="center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DFA04F" w14:textId="77777777" w:rsidR="00803BCA" w:rsidRDefault="00803BCA">
            <w:pPr>
              <w:spacing w:after="0"/>
              <w:jc w:val="center"/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15E5E5" w14:textId="77777777" w:rsidR="00803BCA" w:rsidRDefault="00803BCA">
            <w:pPr>
              <w:spacing w:after="0"/>
              <w:jc w:val="center"/>
            </w:pPr>
          </w:p>
        </w:tc>
      </w:tr>
      <w:tr w:rsidR="00803BCA" w14:paraId="7968BDAE" w14:textId="77777777" w:rsidTr="00803BCA">
        <w:trPr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450E10" w14:textId="77777777" w:rsidR="00803BCA" w:rsidRDefault="00803BCA">
            <w:pPr>
              <w:spacing w:after="0"/>
              <w:jc w:val="center"/>
            </w:pPr>
            <w:r>
              <w:rPr>
                <w:rFonts w:cs="Times New Roman"/>
                <w:color w:val="000000"/>
                <w:sz w:val="18"/>
              </w:rPr>
              <w:t>8.</w:t>
            </w:r>
          </w:p>
        </w:tc>
        <w:tc>
          <w:tcPr>
            <w:tcW w:w="20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396816" w14:textId="77777777" w:rsidR="00803BCA" w:rsidRDefault="00803BCA">
            <w:pPr>
              <w:spacing w:after="0"/>
              <w:jc w:val="center"/>
            </w:pP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E90FD8" w14:textId="77777777" w:rsidR="00803BCA" w:rsidRDefault="00803BCA">
            <w:pPr>
              <w:spacing w:after="0"/>
              <w:jc w:val="center"/>
            </w:pP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5AD99B" w14:textId="335EC645" w:rsidR="00803BCA" w:rsidRDefault="00803BCA">
            <w:pPr>
              <w:spacing w:after="0"/>
              <w:jc w:val="center"/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5AB8F7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76DBA2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D4B204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BE06F8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1DFE76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B7A858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C21525" w14:textId="77777777" w:rsidR="00803BCA" w:rsidRDefault="00803BCA">
            <w:pPr>
              <w:spacing w:after="0"/>
              <w:jc w:val="center"/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B1EE14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075399" w14:textId="77777777" w:rsidR="00803BCA" w:rsidRDefault="00803BCA">
            <w:pPr>
              <w:spacing w:after="0"/>
              <w:jc w:val="center"/>
            </w:pP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1F08B8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9E69AA" w14:textId="77777777" w:rsidR="00803BCA" w:rsidRDefault="00803BCA">
            <w:pPr>
              <w:spacing w:after="0"/>
              <w:jc w:val="center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486B1D" w14:textId="77777777" w:rsidR="00803BCA" w:rsidRDefault="00803BCA">
            <w:pPr>
              <w:spacing w:after="0"/>
              <w:jc w:val="center"/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41EE89" w14:textId="77777777" w:rsidR="00803BCA" w:rsidRDefault="00803BCA">
            <w:pPr>
              <w:spacing w:after="0"/>
              <w:jc w:val="center"/>
            </w:pPr>
          </w:p>
        </w:tc>
      </w:tr>
      <w:tr w:rsidR="00803BCA" w14:paraId="017400A4" w14:textId="77777777" w:rsidTr="00803BCA">
        <w:trPr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41BA17" w14:textId="77777777" w:rsidR="00803BCA" w:rsidRDefault="00803BCA">
            <w:pPr>
              <w:spacing w:after="0"/>
              <w:jc w:val="center"/>
            </w:pPr>
            <w:r>
              <w:rPr>
                <w:rFonts w:cs="Times New Roman"/>
                <w:color w:val="000000"/>
                <w:sz w:val="18"/>
              </w:rPr>
              <w:t>9.</w:t>
            </w:r>
          </w:p>
        </w:tc>
        <w:tc>
          <w:tcPr>
            <w:tcW w:w="20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8CE430" w14:textId="77777777" w:rsidR="00803BCA" w:rsidRDefault="00803BCA">
            <w:pPr>
              <w:spacing w:after="0"/>
              <w:jc w:val="center"/>
            </w:pP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DF501" w14:textId="77777777" w:rsidR="00803BCA" w:rsidRDefault="00803BCA">
            <w:pPr>
              <w:spacing w:after="0"/>
              <w:jc w:val="center"/>
            </w:pP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1AEB7E" w14:textId="6911B5F2" w:rsidR="00803BCA" w:rsidRDefault="00803BCA">
            <w:pPr>
              <w:spacing w:after="0"/>
              <w:jc w:val="center"/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C90389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99728B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CBF4D3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7BEA38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D51639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C2652C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B00202" w14:textId="77777777" w:rsidR="00803BCA" w:rsidRDefault="00803BCA">
            <w:pPr>
              <w:spacing w:after="0"/>
              <w:jc w:val="center"/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49C2F7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C97F6F" w14:textId="77777777" w:rsidR="00803BCA" w:rsidRDefault="00803BCA">
            <w:pPr>
              <w:spacing w:after="0"/>
              <w:jc w:val="center"/>
            </w:pP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2A88FC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D60635" w14:textId="77777777" w:rsidR="00803BCA" w:rsidRDefault="00803BCA">
            <w:pPr>
              <w:spacing w:after="0"/>
              <w:jc w:val="center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B91738" w14:textId="77777777" w:rsidR="00803BCA" w:rsidRDefault="00803BCA">
            <w:pPr>
              <w:spacing w:after="0"/>
              <w:jc w:val="center"/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BC6B7A" w14:textId="77777777" w:rsidR="00803BCA" w:rsidRDefault="00803BCA">
            <w:pPr>
              <w:spacing w:after="0"/>
              <w:jc w:val="center"/>
            </w:pPr>
          </w:p>
        </w:tc>
      </w:tr>
      <w:tr w:rsidR="00803BCA" w14:paraId="0B08A781" w14:textId="77777777" w:rsidTr="00803BCA">
        <w:trPr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493478" w14:textId="77777777" w:rsidR="00803BCA" w:rsidRDefault="00803BCA">
            <w:pPr>
              <w:spacing w:after="0"/>
              <w:jc w:val="center"/>
            </w:pPr>
            <w:r>
              <w:rPr>
                <w:rFonts w:cs="Times New Roman"/>
                <w:color w:val="000000"/>
                <w:sz w:val="18"/>
              </w:rPr>
              <w:t>10.</w:t>
            </w:r>
          </w:p>
        </w:tc>
        <w:tc>
          <w:tcPr>
            <w:tcW w:w="20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6ED5D5" w14:textId="77777777" w:rsidR="00803BCA" w:rsidRDefault="00803BCA">
            <w:pPr>
              <w:spacing w:after="0"/>
              <w:jc w:val="center"/>
            </w:pP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CC8EF" w14:textId="77777777" w:rsidR="00803BCA" w:rsidRDefault="00803BCA">
            <w:pPr>
              <w:spacing w:after="0"/>
              <w:jc w:val="center"/>
            </w:pP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0E2372" w14:textId="662D1D60" w:rsidR="00803BCA" w:rsidRDefault="00803BCA">
            <w:pPr>
              <w:spacing w:after="0"/>
              <w:jc w:val="center"/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72A8CD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C298E4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702330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02E9C3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CECB76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603DBD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2D6DA0" w14:textId="77777777" w:rsidR="00803BCA" w:rsidRDefault="00803BCA">
            <w:pPr>
              <w:spacing w:after="0"/>
              <w:jc w:val="center"/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D37787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9D5F2A" w14:textId="77777777" w:rsidR="00803BCA" w:rsidRDefault="00803BCA">
            <w:pPr>
              <w:spacing w:after="0"/>
              <w:jc w:val="center"/>
            </w:pP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58C863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0C8105" w14:textId="77777777" w:rsidR="00803BCA" w:rsidRDefault="00803BCA">
            <w:pPr>
              <w:spacing w:after="0"/>
              <w:jc w:val="center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BE4474" w14:textId="77777777" w:rsidR="00803BCA" w:rsidRDefault="00803BCA">
            <w:pPr>
              <w:spacing w:after="0"/>
              <w:jc w:val="center"/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54F35A" w14:textId="77777777" w:rsidR="00803BCA" w:rsidRDefault="00803BCA">
            <w:pPr>
              <w:spacing w:after="0"/>
              <w:jc w:val="center"/>
            </w:pPr>
          </w:p>
        </w:tc>
      </w:tr>
      <w:tr w:rsidR="00803BCA" w14:paraId="506D3850" w14:textId="77777777" w:rsidTr="00803BCA">
        <w:trPr>
          <w:jc w:val="center"/>
        </w:trPr>
        <w:tc>
          <w:tcPr>
            <w:tcW w:w="13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0ADEE" w14:textId="77777777" w:rsidR="00803BCA" w:rsidRDefault="00803BCA">
            <w:pPr>
              <w:spacing w:after="0"/>
              <w:jc w:val="center"/>
              <w:rPr>
                <w:rFonts w:cs="Times New Roman"/>
                <w:b/>
                <w:color w:val="000000"/>
                <w:sz w:val="18"/>
              </w:rPr>
            </w:pPr>
          </w:p>
        </w:tc>
        <w:tc>
          <w:tcPr>
            <w:tcW w:w="513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0EB13D" w14:textId="2A456998" w:rsidR="00803BCA" w:rsidRDefault="00803BCA">
            <w:pPr>
              <w:spacing w:after="0"/>
              <w:jc w:val="center"/>
            </w:pPr>
            <w:r>
              <w:rPr>
                <w:rFonts w:cs="Times New Roman"/>
                <w:b/>
                <w:color w:val="000000"/>
                <w:sz w:val="18"/>
              </w:rPr>
              <w:t>UKUPNO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5CB265E6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42FC023E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58EEEE9F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61452B64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359E8F2B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1EE7376B" w14:textId="77777777" w:rsidR="00803BCA" w:rsidRDefault="00803BCA">
            <w:pPr>
              <w:spacing w:after="0"/>
              <w:jc w:val="center"/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2745D2B3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3CB0D3CD" w14:textId="77777777" w:rsidR="00803BCA" w:rsidRDefault="00803BCA">
            <w:pPr>
              <w:spacing w:after="0"/>
              <w:jc w:val="center"/>
            </w:pP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66BA30D8" w14:textId="77777777" w:rsidR="00803BCA" w:rsidRDefault="00803BCA">
            <w:pPr>
              <w:spacing w:after="0"/>
              <w:jc w:val="center"/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0FF0B25A" w14:textId="77777777" w:rsidR="00803BCA" w:rsidRDefault="00803BCA">
            <w:pPr>
              <w:spacing w:after="0"/>
              <w:jc w:val="center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1FF6DF0B" w14:textId="77777777" w:rsidR="00803BCA" w:rsidRDefault="00803BCA">
            <w:pPr>
              <w:spacing w:after="0"/>
              <w:jc w:val="center"/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5CD77340" w14:textId="77777777" w:rsidR="00803BCA" w:rsidRDefault="00803BCA">
            <w:pPr>
              <w:spacing w:after="0"/>
              <w:jc w:val="center"/>
            </w:pPr>
          </w:p>
        </w:tc>
      </w:tr>
    </w:tbl>
    <w:p w14:paraId="09163BA5" w14:textId="77777777" w:rsidR="00E9007F" w:rsidRDefault="00000000">
      <w:pPr>
        <w:spacing w:before="120" w:after="20" w:line="240" w:lineRule="auto"/>
      </w:pPr>
      <w:proofErr w:type="spellStart"/>
      <w:r>
        <w:rPr>
          <w:rFonts w:cs="Times New Roman"/>
          <w:b/>
          <w:color w:val="000000"/>
          <w:sz w:val="18"/>
        </w:rPr>
        <w:t>Napomene</w:t>
      </w:r>
      <w:proofErr w:type="spellEnd"/>
      <w:r>
        <w:rPr>
          <w:rFonts w:cs="Times New Roman"/>
          <w:b/>
          <w:color w:val="000000"/>
          <w:sz w:val="18"/>
        </w:rPr>
        <w:t>:</w:t>
      </w:r>
    </w:p>
    <w:p w14:paraId="34FACF9B" w14:textId="77777777" w:rsidR="00E9007F" w:rsidRPr="003F1486" w:rsidRDefault="00000000">
      <w:pPr>
        <w:spacing w:after="0" w:line="240" w:lineRule="auto"/>
        <w:ind w:left="170"/>
        <w:rPr>
          <w:lang w:val="fr-BE"/>
        </w:rPr>
      </w:pPr>
      <w:r w:rsidRPr="003F1486">
        <w:rPr>
          <w:rFonts w:cs="Times New Roman"/>
          <w:color w:val="000000"/>
          <w:sz w:val="18"/>
          <w:lang w:val="fr-BE"/>
        </w:rPr>
        <w:t>– Iskazuju se sati izvedene nastave u skladu sa članom 5. Instrukcije; planirana, a neizvedena nastava ne iskazuje se.</w:t>
      </w:r>
    </w:p>
    <w:p w14:paraId="14FB3CA9" w14:textId="77777777" w:rsidR="00E9007F" w:rsidRPr="003F1486" w:rsidRDefault="00000000">
      <w:pPr>
        <w:spacing w:after="0" w:line="240" w:lineRule="auto"/>
        <w:ind w:left="170"/>
        <w:rPr>
          <w:lang w:val="fr-BE"/>
        </w:rPr>
      </w:pPr>
      <w:r w:rsidRPr="003F1486">
        <w:rPr>
          <w:rFonts w:cs="Times New Roman"/>
          <w:color w:val="000000"/>
          <w:sz w:val="18"/>
          <w:lang w:val="fr-BE"/>
        </w:rPr>
        <w:t>– Za svaki oblik nastave sati se upisuju samo u odgovarajuću jezičku kolonu, bez dvostrukog iskazivanja (B/H/S – službeni jezici u Bosni i Hercegovini).</w:t>
      </w:r>
    </w:p>
    <w:p w14:paraId="0552E096" w14:textId="77777777" w:rsidR="00E9007F" w:rsidRPr="003F1486" w:rsidRDefault="00000000">
      <w:pPr>
        <w:spacing w:after="0" w:line="240" w:lineRule="auto"/>
        <w:ind w:left="170"/>
        <w:rPr>
          <w:lang w:val="fr-BE"/>
        </w:rPr>
      </w:pPr>
      <w:r w:rsidRPr="003F1486">
        <w:rPr>
          <w:rFonts w:cs="Times New Roman"/>
          <w:color w:val="000000"/>
          <w:sz w:val="18"/>
          <w:lang w:val="fr-BE"/>
        </w:rPr>
        <w:t>– Ku se obavezno izračunava kao Kf + Kdp + Ke; Kdp ne može biti veći od 0,20 (član 7. stav (6) Instrukcije i Metodologija), a koeficijenti se zaokružuju na dvije decimale (član 7. stav (7) Instrukcije).</w:t>
      </w:r>
    </w:p>
    <w:p w14:paraId="577E8F04" w14:textId="77777777" w:rsidR="00E9007F" w:rsidRPr="003F1486" w:rsidRDefault="00000000">
      <w:pPr>
        <w:spacing w:after="0" w:line="240" w:lineRule="auto"/>
        <w:ind w:left="170"/>
        <w:rPr>
          <w:lang w:val="fr-BE"/>
        </w:rPr>
      </w:pPr>
      <w:r w:rsidRPr="003F1486">
        <w:rPr>
          <w:rFonts w:cs="Times New Roman"/>
          <w:color w:val="000000"/>
          <w:sz w:val="18"/>
          <w:lang w:val="fr-BE"/>
        </w:rPr>
        <w:t>– Za rektora, prorektore, dekane i prodekane u koloni „Godišnja norma“ upisuje se gornji prag iz člana 11. stav (1) Instrukcije, a u koloni Ke upisuje se „–“.</w:t>
      </w:r>
    </w:p>
    <w:p w14:paraId="2D4172F5" w14:textId="77777777" w:rsidR="00E9007F" w:rsidRDefault="00000000">
      <w:pPr>
        <w:spacing w:before="80" w:after="160" w:line="240" w:lineRule="auto"/>
      </w:pPr>
      <w:r w:rsidRPr="003F1486">
        <w:rPr>
          <w:rFonts w:cs="Times New Roman"/>
          <w:color w:val="000000"/>
          <w:sz w:val="18"/>
          <w:lang w:val="fr-BE"/>
        </w:rPr>
        <w:t xml:space="preserve">Raspoloživost sredstava potvrđena je pisanom informacijom službe za računovodstvo i finansije članice broj ____________ od ___. </w:t>
      </w:r>
      <w:r>
        <w:rPr>
          <w:rFonts w:cs="Times New Roman"/>
          <w:color w:val="000000"/>
          <w:sz w:val="18"/>
        </w:rPr>
        <w:t>___. ______ godine.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46"/>
        <w:gridCol w:w="5046"/>
        <w:gridCol w:w="5046"/>
      </w:tblGrid>
      <w:tr w:rsidR="00E9007F" w14:paraId="79C1B284" w14:textId="77777777">
        <w:trPr>
          <w:jc w:val="center"/>
        </w:trPr>
        <w:tc>
          <w:tcPr>
            <w:tcW w:w="5046" w:type="dxa"/>
          </w:tcPr>
          <w:p w14:paraId="42E3E710" w14:textId="77777777" w:rsidR="00E9007F" w:rsidRDefault="00000000">
            <w:pPr>
              <w:spacing w:after="0"/>
              <w:jc w:val="center"/>
            </w:pPr>
            <w:r>
              <w:rPr>
                <w:rFonts w:cs="Times New Roman"/>
                <w:b/>
                <w:color w:val="000000"/>
                <w:sz w:val="20"/>
              </w:rPr>
              <w:t>Sačinio</w:t>
            </w:r>
          </w:p>
          <w:p w14:paraId="3C242448" w14:textId="77777777" w:rsidR="00E9007F" w:rsidRDefault="00000000">
            <w:pPr>
              <w:spacing w:after="0"/>
              <w:jc w:val="center"/>
            </w:pPr>
            <w:r>
              <w:rPr>
                <w:rFonts w:cs="Times New Roman"/>
                <w:color w:val="000000"/>
                <w:sz w:val="16"/>
              </w:rPr>
              <w:t>(služba za računovodstvo i finansije)</w:t>
            </w:r>
          </w:p>
          <w:p w14:paraId="5190C555" w14:textId="77777777" w:rsidR="00E9007F" w:rsidRDefault="00E9007F">
            <w:pPr>
              <w:spacing w:after="0"/>
              <w:jc w:val="center"/>
            </w:pPr>
          </w:p>
          <w:p w14:paraId="39EF2C4A" w14:textId="77777777" w:rsidR="00E9007F" w:rsidRDefault="00000000">
            <w:pPr>
              <w:spacing w:after="0"/>
              <w:jc w:val="center"/>
            </w:pPr>
            <w:r>
              <w:rPr>
                <w:rFonts w:cs="Times New Roman"/>
                <w:color w:val="000000"/>
                <w:sz w:val="20"/>
              </w:rPr>
              <w:t>__________________________</w:t>
            </w:r>
          </w:p>
        </w:tc>
        <w:tc>
          <w:tcPr>
            <w:tcW w:w="5046" w:type="dxa"/>
          </w:tcPr>
          <w:p w14:paraId="2782E7A1" w14:textId="77777777" w:rsidR="00E9007F" w:rsidRDefault="00000000">
            <w:pPr>
              <w:spacing w:after="0"/>
              <w:jc w:val="center"/>
            </w:pPr>
            <w:r>
              <w:rPr>
                <w:rFonts w:cs="Times New Roman"/>
                <w:b/>
                <w:color w:val="000000"/>
                <w:sz w:val="20"/>
              </w:rPr>
              <w:t>Ovjerio</w:t>
            </w:r>
          </w:p>
          <w:p w14:paraId="63FCCFAC" w14:textId="77777777" w:rsidR="00E9007F" w:rsidRDefault="00000000">
            <w:pPr>
              <w:spacing w:after="0"/>
              <w:jc w:val="center"/>
            </w:pPr>
            <w:r>
              <w:rPr>
                <w:rFonts w:cs="Times New Roman"/>
                <w:color w:val="000000"/>
                <w:sz w:val="16"/>
              </w:rPr>
              <w:t>(prodekan za nastavu)</w:t>
            </w:r>
          </w:p>
          <w:p w14:paraId="74B7DE8F" w14:textId="77777777" w:rsidR="00E9007F" w:rsidRDefault="00E9007F">
            <w:pPr>
              <w:spacing w:after="0"/>
              <w:jc w:val="center"/>
            </w:pPr>
          </w:p>
          <w:p w14:paraId="4CE2156D" w14:textId="77777777" w:rsidR="00E9007F" w:rsidRDefault="00000000">
            <w:pPr>
              <w:spacing w:after="0"/>
              <w:jc w:val="center"/>
            </w:pPr>
            <w:r>
              <w:rPr>
                <w:rFonts w:cs="Times New Roman"/>
                <w:color w:val="000000"/>
                <w:sz w:val="20"/>
              </w:rPr>
              <w:t>__________________________</w:t>
            </w:r>
          </w:p>
        </w:tc>
        <w:tc>
          <w:tcPr>
            <w:tcW w:w="5046" w:type="dxa"/>
          </w:tcPr>
          <w:p w14:paraId="185CCBA5" w14:textId="77777777" w:rsidR="00E9007F" w:rsidRDefault="00000000">
            <w:pPr>
              <w:spacing w:after="0"/>
              <w:jc w:val="center"/>
            </w:pPr>
            <w:r>
              <w:rPr>
                <w:rFonts w:cs="Times New Roman"/>
                <w:b/>
                <w:color w:val="000000"/>
                <w:sz w:val="20"/>
              </w:rPr>
              <w:t>D E K A N</w:t>
            </w:r>
          </w:p>
          <w:p w14:paraId="3AFD32A3" w14:textId="77777777" w:rsidR="00E9007F" w:rsidRDefault="00E9007F">
            <w:pPr>
              <w:spacing w:after="0"/>
              <w:jc w:val="center"/>
            </w:pPr>
          </w:p>
          <w:p w14:paraId="1E8C6BD0" w14:textId="77777777" w:rsidR="00E9007F" w:rsidRDefault="00E9007F">
            <w:pPr>
              <w:spacing w:after="0"/>
              <w:jc w:val="center"/>
            </w:pPr>
          </w:p>
          <w:p w14:paraId="0C10C0D0" w14:textId="77777777" w:rsidR="00E9007F" w:rsidRDefault="00000000">
            <w:pPr>
              <w:spacing w:after="0"/>
              <w:jc w:val="center"/>
            </w:pPr>
            <w:r>
              <w:rPr>
                <w:rFonts w:cs="Times New Roman"/>
                <w:color w:val="000000"/>
                <w:sz w:val="20"/>
              </w:rPr>
              <w:t>__________________________</w:t>
            </w:r>
          </w:p>
        </w:tc>
      </w:tr>
    </w:tbl>
    <w:p w14:paraId="16EA72AF" w14:textId="77777777" w:rsidR="00E9007F" w:rsidRDefault="00000000">
      <w:pPr>
        <w:spacing w:before="160" w:after="120" w:line="240" w:lineRule="auto"/>
      </w:pPr>
      <w:r>
        <w:rPr>
          <w:rFonts w:cs="Times New Roman"/>
          <w:b/>
          <w:color w:val="000000"/>
          <w:sz w:val="18"/>
        </w:rPr>
        <w:t xml:space="preserve">Dostavlja se: </w:t>
      </w:r>
      <w:r>
        <w:rPr>
          <w:rFonts w:cs="Times New Roman"/>
          <w:color w:val="000000"/>
          <w:sz w:val="18"/>
        </w:rPr>
        <w:t>Prorektoru za finansije Univerziteta u Sarajevu (član 10. stav (3) Instrukcije), u štampanom i elektronskom obliku; a/a.</w:t>
      </w:r>
    </w:p>
    <w:sectPr w:rsidR="00E9007F" w:rsidSect="00034616">
      <w:headerReference w:type="default" r:id="rId8"/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20724B" w14:textId="77777777" w:rsidR="003D73BB" w:rsidRDefault="003D73BB">
      <w:pPr>
        <w:spacing w:after="0" w:line="240" w:lineRule="auto"/>
      </w:pPr>
      <w:r>
        <w:separator/>
      </w:r>
    </w:p>
  </w:endnote>
  <w:endnote w:type="continuationSeparator" w:id="0">
    <w:p w14:paraId="71E8CC2E" w14:textId="77777777" w:rsidR="003D73BB" w:rsidRDefault="003D73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7A7CA" w14:textId="77777777" w:rsidR="00E9007F" w:rsidRDefault="00000000">
    <w:pPr>
      <w:pStyle w:val="Footer"/>
      <w:jc w:val="center"/>
    </w:pPr>
    <w:proofErr w:type="spellStart"/>
    <w:r>
      <w:rPr>
        <w:rFonts w:cs="Times New Roman"/>
        <w:color w:val="000000"/>
        <w:sz w:val="18"/>
      </w:rPr>
      <w:t>Stranica</w:t>
    </w:r>
    <w:proofErr w:type="spellEnd"/>
    <w:r>
      <w:rPr>
        <w:rFonts w:cs="Times New Roman"/>
        <w:color w:val="000000"/>
        <w:sz w:val="18"/>
      </w:rPr>
      <w:t xml:space="preserve"> </w:t>
    </w:r>
    <w:r>
      <w:rPr>
        <w:rFonts w:cs="Times New Roman"/>
        <w:color w:val="000000"/>
        <w:sz w:val="18"/>
      </w:rPr>
      <w:fldChar w:fldCharType="begin"/>
    </w:r>
    <w:r>
      <w:rPr>
        <w:rFonts w:cs="Times New Roman"/>
        <w:color w:val="000000"/>
        <w:sz w:val="18"/>
      </w:rPr>
      <w:instrText>PAGE</w:instrText>
    </w:r>
    <w:r>
      <w:rPr>
        <w:rFonts w:cs="Times New Roman"/>
        <w:color w:val="000000"/>
        <w:sz w:val="18"/>
      </w:rPr>
      <w:fldChar w:fldCharType="separate"/>
    </w:r>
    <w:r w:rsidR="00F8222E">
      <w:rPr>
        <w:rFonts w:cs="Times New Roman"/>
        <w:noProof/>
        <w:color w:val="000000"/>
        <w:sz w:val="18"/>
      </w:rPr>
      <w:t>1</w:t>
    </w:r>
    <w:r>
      <w:rPr>
        <w:rFonts w:cs="Times New Roman"/>
        <w:color w:val="000000"/>
        <w:sz w:val="18"/>
      </w:rPr>
      <w:fldChar w:fldCharType="end"/>
    </w:r>
    <w:r>
      <w:rPr>
        <w:rFonts w:cs="Times New Roman"/>
        <w:color w:val="000000"/>
        <w:sz w:val="18"/>
      </w:rPr>
      <w:t xml:space="preserve"> od </w:t>
    </w:r>
    <w:r>
      <w:rPr>
        <w:rFonts w:cs="Times New Roman"/>
        <w:color w:val="000000"/>
        <w:sz w:val="18"/>
      </w:rPr>
      <w:fldChar w:fldCharType="begin"/>
    </w:r>
    <w:r>
      <w:rPr>
        <w:rFonts w:cs="Times New Roman"/>
        <w:color w:val="000000"/>
        <w:sz w:val="18"/>
      </w:rPr>
      <w:instrText>NUMPAGES</w:instrText>
    </w:r>
    <w:r>
      <w:rPr>
        <w:rFonts w:cs="Times New Roman"/>
        <w:color w:val="000000"/>
        <w:sz w:val="18"/>
      </w:rPr>
      <w:fldChar w:fldCharType="separate"/>
    </w:r>
    <w:r w:rsidR="00F8222E">
      <w:rPr>
        <w:rFonts w:cs="Times New Roman"/>
        <w:noProof/>
        <w:color w:val="000000"/>
        <w:sz w:val="18"/>
      </w:rPr>
      <w:t>1</w:t>
    </w:r>
    <w:r>
      <w:rPr>
        <w:rFonts w:cs="Times New Roman"/>
        <w:color w:val="000000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1F005" w14:textId="77777777" w:rsidR="003D73BB" w:rsidRDefault="003D73BB">
      <w:pPr>
        <w:spacing w:after="0" w:line="240" w:lineRule="auto"/>
      </w:pPr>
      <w:r>
        <w:separator/>
      </w:r>
    </w:p>
  </w:footnote>
  <w:footnote w:type="continuationSeparator" w:id="0">
    <w:p w14:paraId="0B81A86F" w14:textId="77777777" w:rsidR="003D73BB" w:rsidRDefault="003D73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A6CE8" w14:textId="77777777" w:rsidR="00E9007F" w:rsidRDefault="00000000">
    <w:pPr>
      <w:pStyle w:val="Header"/>
      <w:jc w:val="right"/>
    </w:pPr>
    <w:proofErr w:type="spellStart"/>
    <w:r>
      <w:rPr>
        <w:rFonts w:cs="Times New Roman"/>
        <w:i/>
        <w:color w:val="000000"/>
        <w:sz w:val="18"/>
      </w:rPr>
      <w:t>Prilog</w:t>
    </w:r>
    <w:proofErr w:type="spellEnd"/>
    <w:r>
      <w:rPr>
        <w:rFonts w:cs="Times New Roman"/>
        <w:i/>
        <w:color w:val="000000"/>
        <w:sz w:val="18"/>
      </w:rPr>
      <w:t xml:space="preserve"> 4 </w:t>
    </w:r>
    <w:proofErr w:type="spellStart"/>
    <w:r>
      <w:rPr>
        <w:rFonts w:cs="Times New Roman"/>
        <w:i/>
        <w:color w:val="000000"/>
        <w:sz w:val="18"/>
      </w:rPr>
      <w:t>uz</w:t>
    </w:r>
    <w:proofErr w:type="spellEnd"/>
    <w:r>
      <w:rPr>
        <w:rFonts w:cs="Times New Roman"/>
        <w:i/>
        <w:color w:val="000000"/>
        <w:sz w:val="18"/>
      </w:rPr>
      <w:t xml:space="preserve"> </w:t>
    </w:r>
    <w:proofErr w:type="spellStart"/>
    <w:r>
      <w:rPr>
        <w:rFonts w:cs="Times New Roman"/>
        <w:i/>
        <w:color w:val="000000"/>
        <w:sz w:val="18"/>
      </w:rPr>
      <w:t>Instrukciju</w:t>
    </w:r>
    <w:proofErr w:type="spellEnd"/>
    <w:r>
      <w:rPr>
        <w:rFonts w:cs="Times New Roman"/>
        <w:i/>
        <w:color w:val="000000"/>
        <w:sz w:val="18"/>
      </w:rPr>
      <w:t xml:space="preserve"> o </w:t>
    </w:r>
    <w:proofErr w:type="spellStart"/>
    <w:r>
      <w:rPr>
        <w:rFonts w:cs="Times New Roman"/>
        <w:i/>
        <w:color w:val="000000"/>
        <w:sz w:val="18"/>
      </w:rPr>
      <w:t>utvrđivanju</w:t>
    </w:r>
    <w:proofErr w:type="spellEnd"/>
    <w:r>
      <w:rPr>
        <w:rFonts w:cs="Times New Roman"/>
        <w:i/>
        <w:color w:val="000000"/>
        <w:sz w:val="18"/>
      </w:rPr>
      <w:t xml:space="preserve"> </w:t>
    </w:r>
    <w:proofErr w:type="spellStart"/>
    <w:r>
      <w:rPr>
        <w:rFonts w:cs="Times New Roman"/>
        <w:i/>
        <w:color w:val="000000"/>
        <w:sz w:val="18"/>
      </w:rPr>
      <w:t>ukupnog</w:t>
    </w:r>
    <w:proofErr w:type="spellEnd"/>
    <w:r>
      <w:rPr>
        <w:rFonts w:cs="Times New Roman"/>
        <w:i/>
        <w:color w:val="000000"/>
        <w:sz w:val="18"/>
      </w:rPr>
      <w:t xml:space="preserve"> </w:t>
    </w:r>
    <w:proofErr w:type="spellStart"/>
    <w:r>
      <w:rPr>
        <w:rFonts w:cs="Times New Roman"/>
        <w:i/>
        <w:color w:val="000000"/>
        <w:sz w:val="18"/>
      </w:rPr>
      <w:t>koeficijenta</w:t>
    </w:r>
    <w:proofErr w:type="spellEnd"/>
    <w:r>
      <w:rPr>
        <w:rFonts w:cs="Times New Roman"/>
        <w:i/>
        <w:color w:val="000000"/>
        <w:sz w:val="18"/>
      </w:rPr>
      <w:t xml:space="preserve"> </w:t>
    </w:r>
    <w:proofErr w:type="spellStart"/>
    <w:r>
      <w:rPr>
        <w:rFonts w:cs="Times New Roman"/>
        <w:i/>
        <w:color w:val="000000"/>
        <w:sz w:val="18"/>
      </w:rPr>
      <w:t>plaće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87094475">
    <w:abstractNumId w:val="8"/>
  </w:num>
  <w:num w:numId="2" w16cid:durableId="1525092190">
    <w:abstractNumId w:val="6"/>
  </w:num>
  <w:num w:numId="3" w16cid:durableId="1266769116">
    <w:abstractNumId w:val="5"/>
  </w:num>
  <w:num w:numId="4" w16cid:durableId="145247508">
    <w:abstractNumId w:val="4"/>
  </w:num>
  <w:num w:numId="5" w16cid:durableId="1849438902">
    <w:abstractNumId w:val="7"/>
  </w:num>
  <w:num w:numId="6" w16cid:durableId="331838501">
    <w:abstractNumId w:val="3"/>
  </w:num>
  <w:num w:numId="7" w16cid:durableId="1348483411">
    <w:abstractNumId w:val="2"/>
  </w:num>
  <w:num w:numId="8" w16cid:durableId="844511879">
    <w:abstractNumId w:val="1"/>
  </w:num>
  <w:num w:numId="9" w16cid:durableId="8812155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D73BB"/>
    <w:rsid w:val="003F1486"/>
    <w:rsid w:val="005B64D3"/>
    <w:rsid w:val="00784787"/>
    <w:rsid w:val="00803BCA"/>
    <w:rsid w:val="00A359C0"/>
    <w:rsid w:val="00AA1D8D"/>
    <w:rsid w:val="00B07115"/>
    <w:rsid w:val="00B47730"/>
    <w:rsid w:val="00CB0664"/>
    <w:rsid w:val="00E35F9C"/>
    <w:rsid w:val="00E9007F"/>
    <w:rsid w:val="00F8222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61F5A52"/>
  <w14:defaultImageDpi w14:val="300"/>
  <w15:docId w15:val="{ED319390-06DD-4D2D-825A-184C55592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Prilog 4 – Zbirni semestralni pregled</dc:title>
  <dc:subject/>
  <dc:creator>python-docx</dc:creator>
  <cp:keywords/>
  <dc:description>generated by python-docx</dc:description>
  <cp:lastModifiedBy>Berina Smajlović-Doljančić</cp:lastModifiedBy>
  <cp:revision>4</cp:revision>
  <dcterms:created xsi:type="dcterms:W3CDTF">2026-10-21T11:19:00Z</dcterms:created>
  <dcterms:modified xsi:type="dcterms:W3CDTF">2026-10-22T08:38:00Z</dcterms:modified>
  <cp:category/>
</cp:coreProperties>
</file>